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A7" w:rsidRPr="002A5B3E" w:rsidRDefault="00721FA7" w:rsidP="00662DE4">
      <w:pPr>
        <w:pStyle w:val="Ttulo1"/>
        <w:spacing w:before="0" w:line="360" w:lineRule="auto"/>
        <w:ind w:right="276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068"/>
        <w:gridCol w:w="4704"/>
      </w:tblGrid>
      <w:tr w:rsidR="002A5B3E" w:rsidRPr="002A5B3E" w:rsidTr="00676972">
        <w:tc>
          <w:tcPr>
            <w:tcW w:w="8772" w:type="dxa"/>
            <w:gridSpan w:val="2"/>
          </w:tcPr>
          <w:p w:rsidR="002A5B3E" w:rsidRPr="002A5B3E" w:rsidRDefault="002A5B3E" w:rsidP="00C91B55">
            <w:pPr>
              <w:pStyle w:val="Ttulo1"/>
              <w:spacing w:before="0" w:line="360" w:lineRule="auto"/>
              <w:ind w:right="276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5B3E">
              <w:rPr>
                <w:rFonts w:ascii="Arial" w:hAnsi="Arial" w:cs="Arial"/>
                <w:color w:val="auto"/>
                <w:sz w:val="24"/>
                <w:szCs w:val="24"/>
              </w:rPr>
              <w:t xml:space="preserve">ANEXO II - Indicação/Aval por membro do Ministério Público </w:t>
            </w:r>
          </w:p>
          <w:p w:rsidR="002A5B3E" w:rsidRPr="002A5B3E" w:rsidRDefault="002A5B3E" w:rsidP="00572D4F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572D4F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3C4294"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3C4294" w:rsidRPr="002A5B3E" w:rsidTr="00676972">
        <w:tc>
          <w:tcPr>
            <w:tcW w:w="8772" w:type="dxa"/>
            <w:gridSpan w:val="2"/>
            <w:shd w:val="clear" w:color="auto" w:fill="EAF1DD" w:themeFill="accent3" w:themeFillTint="33"/>
          </w:tcPr>
          <w:p w:rsidR="003C4294" w:rsidRPr="003C4294" w:rsidRDefault="003C4294" w:rsidP="00662DE4">
            <w:pPr>
              <w:ind w:right="2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4294">
              <w:rPr>
                <w:rFonts w:ascii="Arial" w:hAnsi="Arial" w:cs="Arial"/>
                <w:b/>
                <w:sz w:val="24"/>
                <w:szCs w:val="24"/>
              </w:rPr>
              <w:t xml:space="preserve">FASE DE JUNTADA: 1ª 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3C4294">
              <w:rPr>
                <w:rFonts w:ascii="Arial" w:hAnsi="Arial" w:cs="Arial"/>
                <w:b/>
                <w:sz w:val="24"/>
                <w:szCs w:val="24"/>
              </w:rPr>
              <w:t xml:space="preserve"> OBRIGATÓRIA</w:t>
            </w:r>
            <w:r w:rsidR="00B80D5F">
              <w:rPr>
                <w:rFonts w:ascii="Arial" w:hAnsi="Arial" w:cs="Arial"/>
                <w:b/>
                <w:sz w:val="24"/>
                <w:szCs w:val="24"/>
              </w:rPr>
              <w:t xml:space="preserve"> (item 1.12 do Edital)</w:t>
            </w:r>
          </w:p>
        </w:tc>
      </w:tr>
      <w:tr w:rsidR="0088195B" w:rsidRPr="002A5B3E" w:rsidTr="00676972">
        <w:tc>
          <w:tcPr>
            <w:tcW w:w="8772" w:type="dxa"/>
            <w:gridSpan w:val="2"/>
            <w:shd w:val="clear" w:color="auto" w:fill="EAF1DD" w:themeFill="accent3" w:themeFillTint="33"/>
          </w:tcPr>
          <w:p w:rsidR="0088195B" w:rsidRPr="002A5B3E" w:rsidRDefault="0088195B" w:rsidP="00662DE4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DA PROPOSTA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0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do Projeto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0"/>
      <w:tr w:rsidR="0088195B" w:rsidRPr="002A5B3E" w:rsidTr="00676972">
        <w:tc>
          <w:tcPr>
            <w:tcW w:w="8772" w:type="dxa"/>
            <w:gridSpan w:val="2"/>
            <w:shd w:val="clear" w:color="auto" w:fill="EAF1DD" w:themeFill="accent3" w:themeFillTint="33"/>
          </w:tcPr>
          <w:p w:rsidR="0088195B" w:rsidRPr="002A5B3E" w:rsidRDefault="0088195B" w:rsidP="00662DE4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DO PROPONENTE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  <w:r w:rsidR="0088195B" w:rsidRPr="002A5B3E">
              <w:rPr>
                <w:rFonts w:ascii="Arial" w:hAnsi="Arial" w:cs="Arial"/>
                <w:sz w:val="24"/>
                <w:szCs w:val="24"/>
              </w:rPr>
              <w:t xml:space="preserve"> do Representante Legal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2" w:edGrp="everyone" w:colFirst="1" w:colLast="1"/>
            <w:permEnd w:id="1"/>
            <w:r w:rsidRPr="002A5B3E">
              <w:rPr>
                <w:rFonts w:ascii="Arial" w:hAnsi="Arial" w:cs="Arial"/>
                <w:sz w:val="24"/>
                <w:szCs w:val="24"/>
              </w:rPr>
              <w:t>CPF/CNPJ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662DE4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3" w:edGrp="everyone" w:colFirst="1" w:colLast="1"/>
            <w:permEnd w:id="2"/>
            <w:r>
              <w:rPr>
                <w:rFonts w:ascii="Arial" w:hAnsi="Arial" w:cs="Arial"/>
                <w:sz w:val="24"/>
                <w:szCs w:val="24"/>
              </w:rPr>
              <w:t>Organização da Sociedade Civil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4" w:edGrp="everyone" w:colFirst="1" w:colLast="1"/>
            <w:permEnd w:id="3"/>
            <w:r w:rsidRPr="002A5B3E">
              <w:rPr>
                <w:rFonts w:ascii="Arial" w:hAnsi="Arial" w:cs="Arial"/>
                <w:sz w:val="24"/>
                <w:szCs w:val="24"/>
              </w:rPr>
              <w:t>Telefone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5" w:edGrp="everyone" w:colFirst="1" w:colLast="1"/>
            <w:permEnd w:id="4"/>
            <w:r w:rsidRPr="002A5B3E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5"/>
      <w:tr w:rsidR="0088195B" w:rsidRPr="002A5B3E" w:rsidTr="00676972">
        <w:tc>
          <w:tcPr>
            <w:tcW w:w="8772" w:type="dxa"/>
            <w:gridSpan w:val="2"/>
            <w:shd w:val="clear" w:color="auto" w:fill="EAF1DD" w:themeFill="accent3" w:themeFillTint="33"/>
          </w:tcPr>
          <w:p w:rsidR="0088195B" w:rsidRPr="002A5B3E" w:rsidRDefault="0088195B" w:rsidP="00662DE4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IDENTIFICAÇÃO DO MEMBRO DO MINISTÉRIO PÚBLICO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6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7" w:edGrp="everyone" w:colFirst="1" w:colLast="1"/>
            <w:permEnd w:id="6"/>
            <w:r w:rsidRPr="002A5B3E">
              <w:rPr>
                <w:rFonts w:ascii="Arial" w:hAnsi="Arial" w:cs="Arial"/>
                <w:sz w:val="24"/>
                <w:szCs w:val="24"/>
              </w:rPr>
              <w:t>Unidade/Promotoria/Procuradoria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676972">
        <w:tc>
          <w:tcPr>
            <w:tcW w:w="4068" w:type="dxa"/>
          </w:tcPr>
          <w:p w:rsidR="00F96D58" w:rsidRPr="002A5B3E" w:rsidRDefault="00721FA7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8" w:edGrp="everyone" w:colFirst="1" w:colLast="1"/>
            <w:permEnd w:id="7"/>
            <w:r w:rsidRPr="002A5B3E">
              <w:rPr>
                <w:rFonts w:ascii="Arial" w:hAnsi="Arial" w:cs="Arial"/>
                <w:sz w:val="24"/>
                <w:szCs w:val="24"/>
              </w:rPr>
              <w:t>Matrícula</w:t>
            </w:r>
          </w:p>
        </w:tc>
        <w:tc>
          <w:tcPr>
            <w:tcW w:w="4704" w:type="dxa"/>
          </w:tcPr>
          <w:p w:rsidR="00F96D58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8"/>
      <w:tr w:rsidR="0088195B" w:rsidRPr="002A5B3E" w:rsidTr="00676972">
        <w:tc>
          <w:tcPr>
            <w:tcW w:w="8772" w:type="dxa"/>
            <w:gridSpan w:val="2"/>
            <w:shd w:val="clear" w:color="auto" w:fill="EAF1DD" w:themeFill="accent3" w:themeFillTint="33"/>
          </w:tcPr>
          <w:p w:rsidR="0088195B" w:rsidRPr="002A5B3E" w:rsidRDefault="0088195B" w:rsidP="00662DE4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DECLARAÇ</w:t>
            </w:r>
            <w:r w:rsidR="00676972">
              <w:rPr>
                <w:rFonts w:ascii="Arial" w:hAnsi="Arial" w:cs="Arial"/>
                <w:sz w:val="24"/>
                <w:szCs w:val="24"/>
              </w:rPr>
              <w:t>ÕES</w:t>
            </w:r>
          </w:p>
        </w:tc>
      </w:tr>
      <w:tr w:rsidR="00676972" w:rsidRPr="002A5B3E" w:rsidTr="00676972">
        <w:tc>
          <w:tcPr>
            <w:tcW w:w="8772" w:type="dxa"/>
            <w:gridSpan w:val="2"/>
            <w:shd w:val="clear" w:color="auto" w:fill="auto"/>
          </w:tcPr>
          <w:p w:rsidR="00676972" w:rsidRPr="002A5B3E" w:rsidRDefault="00676972" w:rsidP="00676972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Declaro que analisei a proposta acima identificada e que a indico/avalizo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8195B" w:rsidRPr="002A5B3E" w:rsidTr="00676972">
        <w:tc>
          <w:tcPr>
            <w:tcW w:w="8772" w:type="dxa"/>
            <w:gridSpan w:val="2"/>
          </w:tcPr>
          <w:p w:rsidR="0088195B" w:rsidRPr="002A5B3E" w:rsidRDefault="0088195B" w:rsidP="00662DE4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Declaro que o objeto alcança a finalidade prevista no</w:t>
            </w:r>
            <w:r w:rsidR="00CE70A2">
              <w:rPr>
                <w:rFonts w:ascii="Arial" w:hAnsi="Arial" w:cs="Arial"/>
                <w:sz w:val="24"/>
                <w:szCs w:val="24"/>
              </w:rPr>
              <w:t>s itens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1.3 e 1.4 do Edital 0</w:t>
            </w:r>
            <w:r w:rsidR="00D656E9">
              <w:rPr>
                <w:rFonts w:ascii="Arial" w:hAnsi="Arial" w:cs="Arial"/>
                <w:sz w:val="24"/>
                <w:szCs w:val="24"/>
              </w:rPr>
              <w:t>3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/2026/FRBL, </w:t>
            </w:r>
            <w:r w:rsidR="005C48EA" w:rsidRPr="002A5B3E">
              <w:rPr>
                <w:rFonts w:ascii="Arial" w:hAnsi="Arial" w:cs="Arial"/>
                <w:sz w:val="24"/>
                <w:szCs w:val="24"/>
              </w:rPr>
              <w:t>por meio de uma ou mais das seguintes aplicações:</w:t>
            </w:r>
          </w:p>
          <w:p w:rsidR="005C48EA" w:rsidRPr="002A5B3E" w:rsidRDefault="005C48EA" w:rsidP="00662DE4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9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9"/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investimentos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necessários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à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modernização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tecnológica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capacitação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aparelhamento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 w:rsidRPr="002A5B3E">
              <w:rPr>
                <w:rFonts w:ascii="Arial" w:hAnsi="Arial" w:cs="Arial"/>
                <w:sz w:val="24"/>
                <w:szCs w:val="24"/>
              </w:rPr>
              <w:t>finalístico</w:t>
            </w:r>
            <w:proofErr w:type="spellEnd"/>
            <w:r w:rsidR="00956146"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 w:rsidR="0095614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>
              <w:rPr>
                <w:rFonts w:ascii="Arial" w:hAnsi="Arial" w:cs="Arial"/>
                <w:sz w:val="24"/>
                <w:szCs w:val="24"/>
              </w:rPr>
              <w:t>organização</w:t>
            </w:r>
            <w:proofErr w:type="spellEnd"/>
            <w:r w:rsidR="0095614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 w:rsidR="0095614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6146">
              <w:rPr>
                <w:rFonts w:ascii="Arial" w:hAnsi="Arial" w:cs="Arial"/>
                <w:sz w:val="24"/>
                <w:szCs w:val="24"/>
              </w:rPr>
              <w:t>sociedade</w:t>
            </w:r>
            <w:proofErr w:type="spellEnd"/>
            <w:r w:rsidR="00956146">
              <w:rPr>
                <w:rFonts w:ascii="Arial" w:hAnsi="Arial" w:cs="Arial"/>
                <w:sz w:val="24"/>
                <w:szCs w:val="24"/>
              </w:rPr>
              <w:t xml:space="preserve"> civil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5C48EA" w:rsidRPr="002A5B3E" w:rsidRDefault="005C48EA" w:rsidP="00662DE4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0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0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promoção da igualdade étnica; </w:t>
            </w:r>
          </w:p>
          <w:p w:rsidR="005C48EA" w:rsidRPr="002A5B3E" w:rsidRDefault="005C48EA" w:rsidP="00662DE4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9661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1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atendimento à pessoa idosa no âmbito do Estado do Rio Grande do Sul; </w:t>
            </w:r>
          </w:p>
          <w:p w:rsidR="005C48EA" w:rsidRPr="002A5B3E" w:rsidRDefault="005C48EA" w:rsidP="00662DE4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2" w:edGrp="everyone"/>
            <w:r w:rsidRPr="002A5B3E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9661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2"/>
            <w:r w:rsidRPr="002A5B3E">
              <w:rPr>
                <w:rFonts w:ascii="Arial" w:hAnsi="Arial" w:cs="Arial"/>
                <w:sz w:val="24"/>
                <w:szCs w:val="24"/>
              </w:rPr>
              <w:t xml:space="preserve"> atividades voltadas ou vinculadas à prestação de serviços de educação;</w:t>
            </w:r>
          </w:p>
          <w:p w:rsidR="005C48EA" w:rsidRPr="002A5B3E" w:rsidRDefault="005C48EA" w:rsidP="00662DE4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" w:edGrp="everyone"/>
            <w:r w:rsidRPr="002A5B3E">
              <w:rPr>
                <w:rFonts w:ascii="Arial" w:hAnsi="Arial" w:cs="Arial"/>
                <w:sz w:val="24"/>
                <w:szCs w:val="24"/>
              </w:rPr>
              <w:t>(</w:t>
            </w:r>
            <w:r w:rsidR="009661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)</w:t>
            </w:r>
            <w:permEnd w:id="13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defesa civil; e/ou</w:t>
            </w:r>
          </w:p>
          <w:p w:rsidR="005C48EA" w:rsidRPr="002A5B3E" w:rsidRDefault="005C48EA" w:rsidP="00662DE4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4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4"/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</w:rPr>
              <w:t xml:space="preserve">iniciativas de promoção de direitos sociais relacionadas a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políticas de inclusão socioeconômica, que promovam, direta ou indiretamente, a promoção do trabalho</w:t>
            </w:r>
          </w:p>
        </w:tc>
      </w:tr>
      <w:tr w:rsidR="00676972" w:rsidRPr="002A5B3E" w:rsidTr="00676972">
        <w:tc>
          <w:tcPr>
            <w:tcW w:w="8772" w:type="dxa"/>
            <w:gridSpan w:val="2"/>
          </w:tcPr>
          <w:p w:rsidR="00676972" w:rsidRPr="002A5B3E" w:rsidRDefault="00676972" w:rsidP="00572D4F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Declaro que estou ciente da previsão do item 5 (e seus subitens) do Edital</w:t>
            </w:r>
            <w:r w:rsidR="003C4294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572D4F">
              <w:rPr>
                <w:rFonts w:ascii="Arial" w:hAnsi="Arial" w:cs="Arial"/>
                <w:sz w:val="24"/>
                <w:szCs w:val="24"/>
              </w:rPr>
              <w:t>3</w:t>
            </w:r>
            <w:r w:rsidR="003C4294">
              <w:rPr>
                <w:rFonts w:ascii="Arial" w:hAnsi="Arial" w:cs="Arial"/>
                <w:sz w:val="24"/>
                <w:szCs w:val="24"/>
              </w:rPr>
              <w:t>/2026/FRBL</w:t>
            </w:r>
            <w:r>
              <w:rPr>
                <w:rFonts w:ascii="Arial" w:hAnsi="Arial" w:cs="Arial"/>
                <w:sz w:val="24"/>
                <w:szCs w:val="24"/>
              </w:rPr>
              <w:t>, que trata(m) da fiscalização do cumprimento da parceria.</w:t>
            </w:r>
          </w:p>
        </w:tc>
      </w:tr>
      <w:tr w:rsidR="0088195B" w:rsidRPr="002A5B3E" w:rsidTr="00676972">
        <w:tc>
          <w:tcPr>
            <w:tcW w:w="4068" w:type="dxa"/>
          </w:tcPr>
          <w:p w:rsidR="0088195B" w:rsidRPr="002A5B3E" w:rsidRDefault="0088195B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5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Local e data</w:t>
            </w:r>
          </w:p>
        </w:tc>
        <w:tc>
          <w:tcPr>
            <w:tcW w:w="4704" w:type="dxa"/>
          </w:tcPr>
          <w:p w:rsidR="0088195B" w:rsidRPr="002A5B3E" w:rsidRDefault="002A5B3E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88195B" w:rsidRPr="002A5B3E" w:rsidTr="00676972">
        <w:tc>
          <w:tcPr>
            <w:tcW w:w="4068" w:type="dxa"/>
          </w:tcPr>
          <w:p w:rsidR="0088195B" w:rsidRPr="002A5B3E" w:rsidRDefault="0088195B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6" w:edGrp="everyone" w:colFirst="1" w:colLast="1"/>
            <w:permEnd w:id="15"/>
            <w:r w:rsidRPr="002A5B3E">
              <w:rPr>
                <w:rFonts w:ascii="Arial" w:hAnsi="Arial" w:cs="Arial"/>
                <w:sz w:val="24"/>
                <w:szCs w:val="24"/>
              </w:rPr>
              <w:t>Assinatura do membro do Ministério Público</w:t>
            </w:r>
          </w:p>
        </w:tc>
        <w:tc>
          <w:tcPr>
            <w:tcW w:w="4704" w:type="dxa"/>
          </w:tcPr>
          <w:p w:rsidR="0088195B" w:rsidRPr="002A5B3E" w:rsidRDefault="005B4628" w:rsidP="00662DE4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assinatura</w:t>
            </w:r>
            <w:proofErr w:type="spellEnd"/>
          </w:p>
        </w:tc>
      </w:tr>
      <w:permEnd w:id="16"/>
    </w:tbl>
    <w:p w:rsidR="009C205B" w:rsidRPr="002A5B3E" w:rsidRDefault="009C205B" w:rsidP="00662DE4">
      <w:pPr>
        <w:ind w:right="276"/>
        <w:rPr>
          <w:rFonts w:ascii="Arial" w:hAnsi="Arial" w:cs="Arial"/>
          <w:sz w:val="24"/>
          <w:szCs w:val="24"/>
        </w:rPr>
      </w:pPr>
    </w:p>
    <w:sectPr w:rsidR="009C205B" w:rsidRPr="002A5B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A85C1F"/>
    <w:multiLevelType w:val="hybridMultilevel"/>
    <w:tmpl w:val="2F8EAD24"/>
    <w:lvl w:ilvl="0" w:tplc="05E8E126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+4djuacBPGZ0SwENTvZhxC5ZCU=" w:salt="EtR1wJs20coU4G6BXVo9/w==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B29B9"/>
    <w:rsid w:val="001E46EA"/>
    <w:rsid w:val="0029639D"/>
    <w:rsid w:val="002A5B3E"/>
    <w:rsid w:val="002F4569"/>
    <w:rsid w:val="00312F02"/>
    <w:rsid w:val="00326F90"/>
    <w:rsid w:val="00352BA2"/>
    <w:rsid w:val="003C4294"/>
    <w:rsid w:val="003D058C"/>
    <w:rsid w:val="00474851"/>
    <w:rsid w:val="00572D4F"/>
    <w:rsid w:val="005B4628"/>
    <w:rsid w:val="005C48EA"/>
    <w:rsid w:val="00662DE4"/>
    <w:rsid w:val="00676972"/>
    <w:rsid w:val="00721FA7"/>
    <w:rsid w:val="0088195B"/>
    <w:rsid w:val="00956146"/>
    <w:rsid w:val="0096610F"/>
    <w:rsid w:val="009A0467"/>
    <w:rsid w:val="009C205B"/>
    <w:rsid w:val="00AA1D8D"/>
    <w:rsid w:val="00B47730"/>
    <w:rsid w:val="00B80D5F"/>
    <w:rsid w:val="00C46965"/>
    <w:rsid w:val="00C91B55"/>
    <w:rsid w:val="00C93975"/>
    <w:rsid w:val="00CB0664"/>
    <w:rsid w:val="00CE70A2"/>
    <w:rsid w:val="00D656E9"/>
    <w:rsid w:val="00E87F50"/>
    <w:rsid w:val="00F96D58"/>
    <w:rsid w:val="00FC693F"/>
    <w:rsid w:val="00FD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grafodaLista1">
    <w:name w:val="Parágrafo da Lista1"/>
    <w:basedOn w:val="Normal"/>
    <w:rsid w:val="005C48EA"/>
    <w:pPr>
      <w:suppressAutoHyphens/>
      <w:ind w:left="720"/>
    </w:pPr>
    <w:rPr>
      <w:rFonts w:ascii="Calibri" w:eastAsia="Calibri" w:hAnsi="Calibri" w:cs="Calibri"/>
      <w:lang w:val="pt-BR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5B84CA-4E96-4E78-B672-88EEBB25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259</Words>
  <Characters>1399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xpadmin</cp:lastModifiedBy>
  <cp:revision>14</cp:revision>
  <dcterms:created xsi:type="dcterms:W3CDTF">2026-04-01T18:24:00Z</dcterms:created>
  <dcterms:modified xsi:type="dcterms:W3CDTF">2026-06-30T16:47:00Z</dcterms:modified>
</cp:coreProperties>
</file>